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ДОГОВОР АРЕНДЫ (НАЙМА) КОМНАТЫ</w:t>
      </w:r>
    </w:p>
    <w:p>
      <w:pPr>
        <w:spacing w:after="80"/>
        <w:jc w:val="left"/>
      </w:pPr>
      <w:r>
        <w:t xml:space="preserve">г. </w:t>
      </w:r>
      <w:r>
        <w:t>__________________</w:t>
      </w:r>
      <w:r>
        <w:rPr>
          <w:i/>
          <w:sz w:val="16"/>
        </w:rPr>
        <w:t xml:space="preserve"> (Город)</w:t>
      </w:r>
      <w:r>
        <w:t xml:space="preserve">                                                                                                     «__» ________ 20__ г.</w:t>
      </w:r>
    </w:p>
    <w:p>
      <w:pPr>
        <w:spacing w:after="80"/>
        <w:jc w:val="left"/>
      </w:pPr>
      <w:r>
        <w:t>__________________</w:t>
      </w:r>
      <w:r>
        <w:rPr>
          <w:i/>
          <w:sz w:val="16"/>
        </w:rPr>
        <w:t xml:space="preserve"> (ФИО — Наймодатель)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Наймодатель)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Наймодатель)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Наймодатель)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Наймодатель)</w:t>
      </w:r>
      <w:r>
        <w:t xml:space="preserve">, именуемый в дальнейшем «Наймодатель», с одной стороны, и </w:t>
      </w:r>
      <w:r>
        <w:t>__________________</w:t>
      </w:r>
      <w:r>
        <w:rPr>
          <w:i/>
          <w:sz w:val="16"/>
        </w:rPr>
        <w:t xml:space="preserve"> (ФИО — Наниматель)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Наниматель)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Наниматель)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Наниматель)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Наниматель)</w:t>
      </w:r>
      <w:r>
        <w:t>, именуемый в дальнейшем «Наниматель», с другой стороны, совместно именуемые «Стороны», заключили настоящий договор о нижеследующем:</w:t>
      </w:r>
    </w:p>
    <w:p>
      <w:pPr>
        <w:spacing w:after="80" w:before="160"/>
      </w:pPr>
      <w:r>
        <w:rPr>
          <w:b/>
        </w:rPr>
        <w:t>1. ПРЕДМЕТ ДОГОВОРА</w:t>
      </w:r>
    </w:p>
    <w:p>
      <w:pPr>
        <w:spacing w:after="80"/>
        <w:jc w:val="left"/>
      </w:pPr>
      <w:r>
        <w:t xml:space="preserve">1.1. Наймодатель предоставляет Нанимателю за плату во владение и пользование для проживания комнату площадью </w:t>
      </w:r>
      <w:r>
        <w:t>__________________</w:t>
      </w:r>
      <w:r>
        <w:rPr>
          <w:i/>
          <w:sz w:val="16"/>
        </w:rPr>
        <w:t xml:space="preserve"> (площадь комнаты)</w:t>
      </w:r>
      <w:r>
        <w:t xml:space="preserve"> кв. м в квартире по адресу: </w:t>
      </w:r>
      <w:r>
        <w:t>__________________</w:t>
      </w:r>
      <w:r>
        <w:rPr>
          <w:i/>
          <w:sz w:val="16"/>
        </w:rPr>
        <w:t xml:space="preserve"> (адрес квартиры)</w:t>
      </w:r>
      <w:r>
        <w:t xml:space="preserve"> (кадастровый номер квартиры или комнаты: </w:t>
      </w:r>
      <w:r>
        <w:t>__________________</w:t>
      </w:r>
      <w:r>
        <w:rPr>
          <w:i/>
          <w:sz w:val="16"/>
        </w:rPr>
        <w:t xml:space="preserve"> (кадастровый номер)</w:t>
      </w:r>
      <w:r>
        <w:t>), далее — «Комната».</w:t>
      </w:r>
    </w:p>
    <w:p>
      <w:pPr>
        <w:spacing w:after="80"/>
        <w:jc w:val="both"/>
      </w:pPr>
      <w:r>
        <w:t>1.2. Комната предоставляется Нанимателю для проживания.</w:t>
      </w:r>
    </w:p>
    <w:p>
      <w:pPr>
        <w:spacing w:after="80"/>
        <w:jc w:val="left"/>
      </w:pPr>
      <w:r>
        <w:t xml:space="preserve">1.3. Комната принадлежит Наймодателю на праве собственности, что подтверждается </w:t>
      </w:r>
      <w:r>
        <w:t>__________________</w:t>
      </w:r>
      <w:r>
        <w:rPr>
          <w:i/>
          <w:sz w:val="16"/>
        </w:rPr>
        <w:t xml:space="preserve"> (вид документа о праве собственности)</w:t>
      </w:r>
      <w:r>
        <w:t>.</w:t>
      </w:r>
    </w:p>
    <w:p>
      <w:pPr>
        <w:spacing w:after="80"/>
        <w:jc w:val="both"/>
      </w:pPr>
      <w:r>
        <w:t>1.4. Наймодатель гарантирует, что на момент заключения Договора Комната не заложена, не находится под арестом, не является предметом споров и не обременена правами третьих лиц, за исключением прав Нанимателя по настоящему Договору.</w:t>
      </w:r>
    </w:p>
    <w:p>
      <w:pPr>
        <w:spacing w:after="80" w:before="160"/>
      </w:pPr>
      <w:r>
        <w:rPr>
          <w:b/>
        </w:rPr>
        <w:t>2. ПРАВА И ОБЯЗАННОСТИ СТОРОН</w:t>
      </w:r>
    </w:p>
    <w:p>
      <w:pPr>
        <w:spacing w:after="80"/>
        <w:jc w:val="both"/>
      </w:pPr>
      <w:r>
        <w:t>2.1. Наймодатель обязан:</w:t>
        <w:br/>
        <w:t>2.1.1. Передать Нанимателю Комнату в состоянии, соответствующем условиям Договора, вместе с ключами и иными необходимыми предметами.</w:t>
        <w:br/>
        <w:t>2.1.2. Обеспечить согласие всех других собственников жилого помещения и совместно проживающих граждан на сдачу Комнаты в найм.</w:t>
        <w:br/>
        <w:t>2.1.3. Не чинить препятствий Нанимателю в пользовании Комнатой в пределах, установленных Договором.</w:t>
      </w:r>
    </w:p>
    <w:p>
      <w:pPr>
        <w:spacing w:after="80"/>
        <w:jc w:val="both"/>
      </w:pPr>
      <w:r>
        <w:t>2.2. Наниматель обязан:</w:t>
        <w:br/>
        <w:t>2.2.1. Своевременно вносить плату за найм и оплачивать коммунальные услуги (в части, приходящейся на Нанимателя).</w:t>
        <w:br/>
        <w:t>2.2.2. Пользоваться Комнатой аккуратно, бережно относиться к имуществу Наймодателя и оборудованию.</w:t>
        <w:br/>
        <w:t>2.2.3. Соблюдать правила внутреннего распорядка и правила пользования местами общего пользования (кухней, санузлом, коридором, прихожей).</w:t>
        <w:br/>
        <w:t>2.2.4. Не нарушать права и законные интересы других собственников и совместно проживающих граждан.</w:t>
        <w:br/>
        <w:t>2.2.5. Не сдавать комнату в поднаем без письменного согласия Наймодателя.</w:t>
      </w:r>
    </w:p>
    <w:p>
      <w:pPr>
        <w:spacing w:after="80"/>
        <w:jc w:val="both"/>
      </w:pPr>
      <w:r>
        <w:t>2.3. Порядок пользования кухней и местами общего пользования:</w:t>
        <w:br/>
        <w:t>2.3.1. Наниматель имеет право пользоваться кухней, санузлом и другими местами общего пользования совместно с иными жильцами.</w:t>
        <w:br/>
        <w:t>2.3.2. Наниматель обязан содержать места общего пользования в чистоте, своевременно убирать за собой посуду и личные вещи.</w:t>
        <w:br/>
        <w:t>2.3.3. Использование мест общего пользования осуществляется в часы, не мешающие отдыху и сну других жильцов.</w:t>
      </w:r>
    </w:p>
    <w:p>
      <w:pPr>
        <w:spacing w:after="80" w:before="160"/>
      </w:pPr>
      <w:r>
        <w:rPr>
          <w:b/>
        </w:rPr>
        <w:t>3. ЦЕНА ДОГОВОРА И ПОРЯДОК РАСЧЕТОВ</w:t>
      </w:r>
    </w:p>
    <w:p>
      <w:pPr>
        <w:spacing w:after="80"/>
        <w:jc w:val="left"/>
      </w:pPr>
      <w:r>
        <w:t xml:space="preserve">3.1. Плата за наем Комнаты составляет </w:t>
      </w:r>
      <w:r>
        <w:t>__________________</w:t>
      </w:r>
      <w:r>
        <w:rPr>
          <w:i/>
          <w:sz w:val="16"/>
        </w:rPr>
        <w:t xml:space="preserve"> (сумма цифрами и прописью)</w:t>
      </w:r>
      <w:r>
        <w:t xml:space="preserve"> рублей в месяц.</w:t>
      </w:r>
    </w:p>
    <w:p>
      <w:pPr>
        <w:spacing w:after="80"/>
        <w:jc w:val="left"/>
      </w:pPr>
      <w:r>
        <w:t xml:space="preserve">3.2. Плата вносится Нанимателем ежемесячно не позднее </w:t>
      </w:r>
      <w:r>
        <w:t>__________________</w:t>
      </w:r>
      <w:r>
        <w:rPr>
          <w:i/>
          <w:sz w:val="16"/>
        </w:rPr>
        <w:t xml:space="preserve"> (число)</w:t>
      </w:r>
      <w:r>
        <w:t xml:space="preserve"> числа каждого месяца путем перечисления денежных средств на банковский счет Наймодателя или наличными по расписке.</w:t>
      </w:r>
    </w:p>
    <w:p>
      <w:pPr>
        <w:spacing w:after="80"/>
        <w:jc w:val="both"/>
      </w:pPr>
      <w:r>
        <w:t>3.3. Оплата коммунальных услуг осуществляется Нанимателем самостоятельно в соответствии с показаниями приборов учета или пропорционально площади занимаемой комнаты (по согласованию Сторон).</w:t>
      </w:r>
    </w:p>
    <w:p>
      <w:pPr>
        <w:spacing w:after="80"/>
        <w:jc w:val="left"/>
      </w:pPr>
      <w:r>
        <w:t xml:space="preserve">3.4. При подписании Договора Наниматель вносит обеспечительный платёж в размере </w:t>
      </w:r>
      <w:r>
        <w:t>__________________</w:t>
      </w:r>
      <w:r>
        <w:rPr>
          <w:i/>
          <w:sz w:val="16"/>
        </w:rPr>
        <w:t xml:space="preserve"> (сумма обеспечительного платежа цифрами и прописью)</w:t>
      </w:r>
      <w:r>
        <w:t xml:space="preserve"> рублей. Он возвращается в течение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дней после возврата Комнаты за вычетом подтверждённых сумм ущерба и задолженности по плате (ст. 381.1 ГК РФ).</w:t>
      </w:r>
    </w:p>
    <w:p>
      <w:pPr>
        <w:spacing w:after="80" w:before="160"/>
      </w:pPr>
      <w:r>
        <w:rPr>
          <w:b/>
        </w:rPr>
        <w:t>4. СРОК ДЕЙСТВИЯ ДОГОВОРА</w:t>
      </w:r>
    </w:p>
    <w:p>
      <w:pPr>
        <w:spacing w:after="80"/>
        <w:jc w:val="left"/>
      </w:pPr>
      <w:r>
        <w:t xml:space="preserve">4.1. Договор заключен на срок с </w:t>
      </w:r>
      <w:r>
        <w:t>__________________</w:t>
      </w:r>
      <w:r>
        <w:rPr>
          <w:i/>
          <w:sz w:val="16"/>
        </w:rPr>
        <w:t xml:space="preserve"> (дата начала)</w:t>
      </w:r>
      <w:r>
        <w:t xml:space="preserve"> по </w:t>
      </w:r>
      <w:r>
        <w:t>__________________</w:t>
      </w:r>
      <w:r>
        <w:rPr>
          <w:i/>
          <w:sz w:val="16"/>
        </w:rPr>
        <w:t xml:space="preserve"> (дата окончания)</w:t>
      </w:r>
      <w:r>
        <w:t>.</w:t>
      </w:r>
    </w:p>
    <w:p>
      <w:pPr>
        <w:spacing w:after="80"/>
        <w:jc w:val="left"/>
      </w:pPr>
      <w:r>
        <w:t xml:space="preserve">4.2. Если ни одна из Сторон за </w:t>
      </w:r>
      <w:r>
        <w:t>__________________</w:t>
      </w:r>
      <w:r>
        <w:rPr>
          <w:i/>
          <w:sz w:val="16"/>
        </w:rPr>
        <w:t xml:space="preserve"> (количество)</w:t>
      </w:r>
      <w:r>
        <w:t xml:space="preserve"> дней до окончания срока не заявит письменно о прекращении Договора, он считается продлённым на тот же срок на тех же условиях.</w:t>
      </w:r>
    </w:p>
    <w:p>
      <w:pPr>
        <w:spacing w:after="80" w:before="160"/>
      </w:pPr>
      <w:r>
        <w:rPr>
          <w:b/>
        </w:rPr>
        <w:t>5. ОТВЕТСТВЕННОСТЬ СТОРОН</w:t>
      </w:r>
    </w:p>
    <w:p>
      <w:pPr>
        <w:spacing w:after="80"/>
        <w:jc w:val="both"/>
      </w:pPr>
      <w:r>
        <w:t>5.1.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РФ.</w:t>
      </w:r>
    </w:p>
    <w:p>
      <w:pPr>
        <w:spacing w:after="80"/>
        <w:jc w:val="left"/>
      </w:pPr>
      <w:r>
        <w:t xml:space="preserve">5.2. В случае просрочки внесения платы за наем Наниматель уплачивает пеню в размере </w:t>
      </w:r>
      <w:r>
        <w:t>__________________</w:t>
      </w:r>
      <w:r>
        <w:rPr>
          <w:i/>
          <w:sz w:val="16"/>
        </w:rPr>
        <w:t xml:space="preserve"> (процент)</w:t>
      </w:r>
      <w:r>
        <w:t>% от суммы задолженности за каждый день просрочки.</w:t>
      </w:r>
    </w:p>
    <w:p>
      <w:pPr>
        <w:spacing w:after="80"/>
        <w:jc w:val="both"/>
      </w:pPr>
      <w:r>
        <w:t>5.3. В случае причинения имуществу Наймодателя ущерба Наниматель обязан возместить убытки в полном объеме в соответствии со ст. 393 ГК РФ.</w:t>
      </w:r>
    </w:p>
    <w:p>
      <w:pPr>
        <w:spacing w:after="80" w:before="160"/>
      </w:pPr>
      <w:r>
        <w:rPr>
          <w:b/>
        </w:rPr>
        <w:t>6. РАСТОРЖЕНИЕ ДОГОВОРА</w:t>
      </w:r>
    </w:p>
    <w:p>
      <w:pPr>
        <w:spacing w:after="80"/>
        <w:jc w:val="both"/>
      </w:pPr>
      <w:r>
        <w:t>6.1. Договор может быть расторгнут по соглашению Сторон.</w:t>
      </w:r>
    </w:p>
    <w:p>
      <w:pPr>
        <w:spacing w:after="80"/>
        <w:jc w:val="both"/>
      </w:pPr>
      <w:r>
        <w:t>6.2. Наймодатель вправе потребовать досрочного расторжения Договора в судебном порядке в случаях, предусмотренных ст. 687 ГК РФ, в том числе если Наниматель использует помещение не по назначению, существенно ухудшает его состояние или систематически нарушает права соседей.</w:t>
      </w:r>
    </w:p>
    <w:p>
      <w:pPr>
        <w:spacing w:after="80"/>
        <w:jc w:val="both"/>
      </w:pPr>
      <w:r>
        <w:t>6.3. Наниматель вправе в любое время расторгнуть Договор, письменно предупредив Наймодателя за три месяца (ст. 687 ГК РФ).</w:t>
      </w:r>
    </w:p>
    <w:p>
      <w:pPr>
        <w:spacing w:after="80"/>
        <w:jc w:val="both"/>
      </w:pPr>
      <w:r>
        <w:t>6.4. Односторонний отказ от исполнения обязательства не допускается (ст. 310 ГК РФ), за исключением случаев, прямо предусмотренных законом или Договором.</w:t>
      </w:r>
    </w:p>
    <w:p>
      <w:pPr>
        <w:spacing w:after="80" w:before="160"/>
      </w:pPr>
      <w:r>
        <w:rPr>
          <w:b/>
        </w:rPr>
        <w:t>7. РАЗРЕШЕНИЕ СПОРОВ</w:t>
      </w:r>
    </w:p>
    <w:p>
      <w:pPr>
        <w:spacing w:after="80"/>
        <w:jc w:val="both"/>
      </w:pPr>
      <w:r>
        <w:t>7.1. Споры и разногласия разрешаются путем переговоров.</w:t>
      </w:r>
    </w:p>
    <w:p>
      <w:pPr>
        <w:spacing w:after="80"/>
        <w:jc w:val="both"/>
      </w:pPr>
      <w:r>
        <w:t>7.2. При недостижении согласия споры рассматриваются в суде по месту нахождения ответчика (ст. 28 ГПК РФ).</w:t>
      </w:r>
    </w:p>
    <w:p>
      <w:pPr>
        <w:spacing w:after="80"/>
        <w:jc w:val="both"/>
      </w:pPr>
      <w:r>
        <w:t>7.3. Стороны признают силу переписки, осуществляемой через электронные средства связи, при условии возможности идентификации отправителя.</w:t>
      </w:r>
    </w:p>
    <w:p>
      <w:pPr>
        <w:spacing w:after="80" w:before="160"/>
      </w:pPr>
      <w:r>
        <w:rPr>
          <w:b/>
        </w:rPr>
        <w:t>8. ЗАКЛЮЧИТЕЛЬНЫЕ ПОЛОЖЕНИЯ</w:t>
      </w:r>
    </w:p>
    <w:p>
      <w:pPr>
        <w:spacing w:after="80"/>
        <w:jc w:val="both"/>
      </w:pPr>
      <w:r>
        <w:t>8.1. Договор составлен в двух экземплярах, имеющих равную юридическую силу, по одному для каждой из Сторон.</w:t>
      </w:r>
    </w:p>
    <w:p>
      <w:pPr>
        <w:spacing w:after="80"/>
        <w:jc w:val="both"/>
      </w:pPr>
      <w:r>
        <w:t>8.2. Договор вступает в силу с момента его подписания Сторонами.</w:t>
      </w:r>
    </w:p>
    <w:p>
      <w:pPr>
        <w:spacing w:after="80"/>
        <w:jc w:val="both"/>
      </w:pPr>
      <w:r>
        <w:t>8.3. Все 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spacing w:after="80"/>
        <w:jc w:val="both"/>
      </w:pPr>
      <w:r>
        <w:t>8.4. Стороны подтверждают, что ознакомлены с условиями Договора, добровольно соглашаются с ними и подписывают Договор не под влиянием обмана, насилия, угрозы или заблуждения.</w:t>
      </w:r>
    </w:p>
    <w:p>
      <w:pPr>
        <w:spacing w:after="80" w:before="160"/>
      </w:pPr>
      <w:r>
        <w:rPr>
          <w:b/>
        </w:rPr>
        <w:t>9. АДРЕСА, РЕКВИЗИТЫ И ПОДПИСИ СТОРОН</w:t>
      </w:r>
    </w:p>
    <w:p>
      <w:pPr>
        <w:spacing w:after="80"/>
        <w:jc w:val="left"/>
      </w:pPr>
      <w:r>
        <w:t xml:space="preserve">Наймодатель: </w:t>
      </w:r>
      <w:r>
        <w:t>__________________</w:t>
      </w:r>
      <w:r>
        <w:rPr>
          <w:i/>
          <w:sz w:val="16"/>
        </w:rPr>
        <w:t xml:space="preserve"> (ФИО — Наймодатель)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Наймодатель)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Наймодатель)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Наймодатель)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Наймодатель)</w:t>
      </w:r>
      <w:r>
        <w:t xml:space="preserve">, телефон: </w:t>
      </w:r>
      <w:r>
        <w:t>__________________</w:t>
      </w:r>
      <w:r>
        <w:rPr>
          <w:i/>
          <w:sz w:val="16"/>
        </w:rPr>
        <w:t xml:space="preserve"> (телефон — Наймодатель)</w:t>
      </w:r>
      <w:r>
        <w:t>.</w:t>
      </w:r>
    </w:p>
    <w:p>
      <w:pPr>
        <w:spacing w:after="80"/>
        <w:jc w:val="left"/>
      </w:pPr>
      <w:r>
        <w:t xml:space="preserve">Наниматель: </w:t>
      </w:r>
      <w:r>
        <w:t>__________________</w:t>
      </w:r>
      <w:r>
        <w:rPr>
          <w:i/>
          <w:sz w:val="16"/>
        </w:rPr>
        <w:t xml:space="preserve"> (ФИО — Наниматель)</w:t>
      </w:r>
      <w:r>
        <w:t xml:space="preserve">, </w:t>
      </w:r>
      <w:r>
        <w:t>__________________</w:t>
      </w:r>
      <w:r>
        <w:rPr>
          <w:i/>
          <w:sz w:val="16"/>
        </w:rPr>
        <w:t xml:space="preserve"> (дата рождения — Наниматель)</w:t>
      </w:r>
      <w:r>
        <w:t xml:space="preserve"> г. р., паспорт </w:t>
      </w:r>
      <w:r>
        <w:t>__________________</w:t>
      </w:r>
      <w:r>
        <w:rPr>
          <w:i/>
          <w:sz w:val="16"/>
        </w:rPr>
        <w:t xml:space="preserve"> (серия и номер паспорта — Наниматель)</w:t>
      </w:r>
      <w:r>
        <w:t xml:space="preserve">, выдан </w:t>
      </w:r>
      <w:r>
        <w:t>__________________</w:t>
      </w:r>
      <w:r>
        <w:rPr>
          <w:i/>
          <w:sz w:val="16"/>
        </w:rPr>
        <w:t xml:space="preserve"> (кем и когда выдан паспорт — Наниматель)</w:t>
      </w:r>
      <w:r>
        <w:t xml:space="preserve">, зарегистрированный(ая) по адресу: </w:t>
      </w:r>
      <w:r>
        <w:t>__________________</w:t>
      </w:r>
      <w:r>
        <w:rPr>
          <w:i/>
          <w:sz w:val="16"/>
        </w:rPr>
        <w:t xml:space="preserve"> (адрес регистрации — Наниматель)</w:t>
      </w:r>
      <w:r>
        <w:t xml:space="preserve">, телефон: </w:t>
      </w:r>
      <w:r>
        <w:t>__________________</w:t>
      </w:r>
      <w:r>
        <w:rPr>
          <w:i/>
          <w:sz w:val="16"/>
        </w:rPr>
        <w:t xml:space="preserve"> (телефон — Наниматель)</w:t>
      </w:r>
      <w:r>
        <w:t>.</w:t>
      </w:r>
    </w:p>
    <w:p>
      <w:pPr>
        <w:spacing w:after="80" w:before="160"/>
      </w:pPr>
      <w:r>
        <w:rPr>
          <w:b/>
        </w:rPr>
        <w:t>ПОДПИСИ</w:t>
      </w:r>
    </w:p>
    <w:p>
      <w:pPr>
        <w:spacing w:after="80"/>
        <w:jc w:val="left"/>
      </w:pPr>
      <w:r>
        <w:t xml:space="preserve">Наймодатель: ______________ / </w:t>
      </w:r>
      <w:r>
        <w:t>__________________</w:t>
      </w:r>
      <w:r>
        <w:rPr>
          <w:i/>
          <w:sz w:val="16"/>
        </w:rPr>
        <w:t xml:space="preserve"> (ФИО — Наймодатель)</w:t>
      </w:r>
    </w:p>
    <w:p>
      <w:pPr>
        <w:spacing w:after="80"/>
        <w:jc w:val="left"/>
      </w:pPr>
      <w:r>
        <w:t xml:space="preserve">Наниматель: ______________ / </w:t>
      </w:r>
      <w:r>
        <w:t>__________________</w:t>
      </w:r>
      <w:r>
        <w:rPr>
          <w:i/>
          <w:sz w:val="16"/>
        </w:rPr>
        <w:t xml:space="preserve"> (ФИО — Наниматель)</w:t>
      </w:r>
    </w:p>
    <w:p>
      <w:r>
        <w:rPr>
          <w:i/>
          <w:sz w:val="16"/>
        </w:rPr>
        <w:t>Бланк с сайта netobmanov.ru. Проверьте актуальность условий перед подписанием; документ не является юридической консультацией.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