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sz w:val="28"/>
        </w:rPr>
        <w:t>ДОГОВОР АРЕНДЫ НЕЖИЛОГО ПОМЕЩЕНИЯ</w:t>
      </w:r>
    </w:p>
    <w:p>
      <w:pPr>
        <w:spacing w:after="80"/>
        <w:jc w:val="left"/>
      </w:pPr>
      <w:r>
        <w:t xml:space="preserve">г. </w:t>
      </w:r>
      <w:r>
        <w:t>__________________</w:t>
      </w:r>
      <w:r>
        <w:rPr>
          <w:i/>
          <w:sz w:val="16"/>
        </w:rPr>
        <w:t xml:space="preserve"> (Город)</w:t>
      </w:r>
      <w:r>
        <w:t xml:space="preserve">                                                    «__» ________ 20__ г.</w:t>
      </w:r>
    </w:p>
    <w:p>
      <w:pPr>
        <w:spacing w:after="80"/>
        <w:jc w:val="left"/>
      </w:pPr>
      <w:r>
        <w:t>__________________</w:t>
      </w:r>
      <w:r>
        <w:rPr>
          <w:i/>
          <w:sz w:val="16"/>
        </w:rPr>
        <w:t xml:space="preserve"> (ФИО — Арендодатель)</w:t>
      </w:r>
      <w:r>
        <w:t xml:space="preserve">, </w:t>
      </w:r>
      <w:r>
        <w:t>__________________</w:t>
      </w:r>
      <w:r>
        <w:rPr>
          <w:i/>
          <w:sz w:val="16"/>
        </w:rPr>
        <w:t xml:space="preserve"> (дата рождения — Арендодатель)</w:t>
      </w:r>
      <w:r>
        <w:t xml:space="preserve"> г. р., паспорт </w:t>
      </w:r>
      <w:r>
        <w:t>__________________</w:t>
      </w:r>
      <w:r>
        <w:rPr>
          <w:i/>
          <w:sz w:val="16"/>
        </w:rPr>
        <w:t xml:space="preserve"> (серия и номер паспорта — Арендодатель)</w:t>
      </w:r>
      <w:r>
        <w:t xml:space="preserve">, выдан </w:t>
      </w:r>
      <w:r>
        <w:t>__________________</w:t>
      </w:r>
      <w:r>
        <w:rPr>
          <w:i/>
          <w:sz w:val="16"/>
        </w:rPr>
        <w:t xml:space="preserve"> (кем и когда выдан паспорт — Арендодатель)</w:t>
      </w:r>
      <w:r>
        <w:t xml:space="preserve">, зарегистрированный(ая) по адресу: </w:t>
      </w:r>
      <w:r>
        <w:t>__________________</w:t>
      </w:r>
      <w:r>
        <w:rPr>
          <w:i/>
          <w:sz w:val="16"/>
        </w:rPr>
        <w:t xml:space="preserve"> (адрес регистрации — Арендодатель)</w:t>
      </w:r>
      <w:r>
        <w:t xml:space="preserve">, именуемый в дальнейшем «Арендодатель», с одной стороны, и </w:t>
      </w:r>
      <w:r>
        <w:t>__________________</w:t>
      </w:r>
      <w:r>
        <w:rPr>
          <w:i/>
          <w:sz w:val="16"/>
        </w:rPr>
        <w:t xml:space="preserve"> (ФИО — Арендатор)</w:t>
      </w:r>
      <w:r>
        <w:t xml:space="preserve">, </w:t>
      </w:r>
      <w:r>
        <w:t>__________________</w:t>
      </w:r>
      <w:r>
        <w:rPr>
          <w:i/>
          <w:sz w:val="16"/>
        </w:rPr>
        <w:t xml:space="preserve"> (дата рождения — Арендатор)</w:t>
      </w:r>
      <w:r>
        <w:t xml:space="preserve"> г. р., паспорт </w:t>
      </w:r>
      <w:r>
        <w:t>__________________</w:t>
      </w:r>
      <w:r>
        <w:rPr>
          <w:i/>
          <w:sz w:val="16"/>
        </w:rPr>
        <w:t xml:space="preserve"> (серия и номер паспорта — Арендатор)</w:t>
      </w:r>
      <w:r>
        <w:t xml:space="preserve">, выдан </w:t>
      </w:r>
      <w:r>
        <w:t>__________________</w:t>
      </w:r>
      <w:r>
        <w:rPr>
          <w:i/>
          <w:sz w:val="16"/>
        </w:rPr>
        <w:t xml:space="preserve"> (кем и когда выдан паспорт — Арендатор)</w:t>
      </w:r>
      <w:r>
        <w:t xml:space="preserve">, зарегистрированный(ая) по адресу: </w:t>
      </w:r>
      <w:r>
        <w:t>__________________</w:t>
      </w:r>
      <w:r>
        <w:rPr>
          <w:i/>
          <w:sz w:val="16"/>
        </w:rPr>
        <w:t xml:space="preserve"> (адрес регистрации — Арендатор)</w:t>
      </w:r>
      <w:r>
        <w:t>, именуемый в дальнейшем «Арендатор», с другой стороны, совместно именуемые «Стороны», заключили настоящий договор (далее — «Договор») о нижеследующем:</w:t>
      </w:r>
    </w:p>
    <w:p>
      <w:pPr>
        <w:spacing w:after="80" w:before="160"/>
      </w:pPr>
      <w:r>
        <w:rPr>
          <w:b/>
        </w:rPr>
        <w:t>1. ПРЕДМЕТ ДОГОВОРА</w:t>
      </w:r>
    </w:p>
    <w:p>
      <w:pPr>
        <w:spacing w:after="80"/>
        <w:jc w:val="left"/>
      </w:pPr>
      <w:r>
        <w:t xml:space="preserve">1.1. Арендодатель предоставляет Арендатору во временное владение и пользование нежилое помещение, расположенное по адресу: </w:t>
      </w:r>
      <w:r>
        <w:t>__________________</w:t>
      </w:r>
      <w:r>
        <w:rPr>
          <w:i/>
          <w:sz w:val="16"/>
        </w:rPr>
        <w:t xml:space="preserve"> (адрес помещения)</w:t>
      </w:r>
      <w:r>
        <w:t xml:space="preserve">, общей площадью </w:t>
      </w:r>
      <w:r>
        <w:t>__________________</w:t>
      </w:r>
      <w:r>
        <w:rPr>
          <w:i/>
          <w:sz w:val="16"/>
        </w:rPr>
        <w:t xml:space="preserve"> (площадь)</w:t>
      </w:r>
      <w:r>
        <w:t xml:space="preserve"> кв. м, кадастровый номер </w:t>
      </w:r>
      <w:r>
        <w:t>__________________</w:t>
      </w:r>
      <w:r>
        <w:rPr>
          <w:i/>
          <w:sz w:val="16"/>
        </w:rPr>
        <w:t xml:space="preserve"> (кадастровый номер)</w:t>
      </w:r>
      <w:r>
        <w:t xml:space="preserve"> (далее — «Помещение»), и передаёт его по акту приёма-передачи. Характеристики и план Помещения приведены в Приложении № 1, которое является неотъемлемой частью Договора.</w:t>
      </w:r>
    </w:p>
    <w:p>
      <w:pPr>
        <w:spacing w:after="80"/>
        <w:jc w:val="left"/>
      </w:pPr>
      <w:r>
        <w:t xml:space="preserve">1.2. Целевое назначение Помещения: </w:t>
      </w:r>
      <w:r>
        <w:t>__________________</w:t>
      </w:r>
      <w:r>
        <w:rPr>
          <w:i/>
          <w:sz w:val="16"/>
        </w:rPr>
        <w:t xml:space="preserve"> (Офис / Магазин / Склад)</w:t>
      </w:r>
      <w:r>
        <w:t>. Использование Помещения в иных целях не допускается.</w:t>
      </w:r>
    </w:p>
    <w:p>
      <w:pPr>
        <w:spacing w:after="80"/>
        <w:jc w:val="left"/>
      </w:pPr>
      <w:r>
        <w:t xml:space="preserve">1.3. Помещение принадлежит Арендодателю на праве собственности, что подтверждается Выпиской из ЕГРН от </w:t>
      </w:r>
      <w:r>
        <w:t>__________________</w:t>
      </w:r>
      <w:r>
        <w:rPr>
          <w:i/>
          <w:sz w:val="16"/>
        </w:rPr>
        <w:t xml:space="preserve"> (Дата выписки)</w:t>
      </w:r>
      <w:r>
        <w:t xml:space="preserve"> № </w:t>
      </w:r>
      <w:r>
        <w:t>__________________</w:t>
      </w:r>
      <w:r>
        <w:rPr>
          <w:i/>
          <w:sz w:val="16"/>
        </w:rPr>
        <w:t xml:space="preserve"> (Номер выписки)</w:t>
      </w:r>
      <w:r>
        <w:t>. Обременений прав на Помещение, препятствующих его аренде, не имеется.</w:t>
      </w:r>
    </w:p>
    <w:p>
      <w:pPr>
        <w:spacing w:after="80"/>
        <w:jc w:val="left"/>
      </w:pPr>
      <w:r>
        <w:t xml:space="preserve">1.4. Срок аренды: с </w:t>
      </w:r>
      <w:r>
        <w:t>__________________</w:t>
      </w:r>
      <w:r>
        <w:rPr>
          <w:i/>
          <w:sz w:val="16"/>
        </w:rPr>
        <w:t xml:space="preserve"> (дата начала аренды)</w:t>
      </w:r>
      <w:r>
        <w:t xml:space="preserve"> по </w:t>
      </w:r>
      <w:r>
        <w:t>__________________</w:t>
      </w:r>
      <w:r>
        <w:rPr>
          <w:i/>
          <w:sz w:val="16"/>
        </w:rPr>
        <w:t xml:space="preserve"> (дата окончания аренды)</w:t>
      </w:r>
      <w:r>
        <w:t>. Договор на срок год и более подлежит государственной регистрации (ст. 651 ГК РФ).</w:t>
      </w:r>
    </w:p>
    <w:p>
      <w:pPr>
        <w:spacing w:after="80" w:before="160"/>
      </w:pPr>
      <w:r>
        <w:rPr>
          <w:b/>
        </w:rPr>
        <w:t>2. АРЕНДНАЯ ПЛАТА И РАСЧЕТЫ</w:t>
      </w:r>
    </w:p>
    <w:p>
      <w:pPr>
        <w:spacing w:after="80"/>
        <w:jc w:val="left"/>
      </w:pPr>
      <w:r>
        <w:t xml:space="preserve">2.1. Размер ежемесячной арендной платы составляет </w:t>
      </w:r>
      <w:r>
        <w:t>__________________</w:t>
      </w:r>
      <w:r>
        <w:rPr>
          <w:i/>
          <w:sz w:val="16"/>
        </w:rPr>
        <w:t xml:space="preserve"> (Сумма цифрами)</w:t>
      </w:r>
      <w:r>
        <w:t xml:space="preserve"> (</w:t>
      </w:r>
      <w:r>
        <w:t>__________________</w:t>
      </w:r>
      <w:r>
        <w:rPr>
          <w:i/>
          <w:sz w:val="16"/>
        </w:rPr>
        <w:t xml:space="preserve"> (Сумма прописью)</w:t>
      </w:r>
      <w:r>
        <w:t xml:space="preserve">) рублей, в том числе НДС </w:t>
      </w:r>
      <w:r>
        <w:t>__________________</w:t>
      </w:r>
      <w:r>
        <w:rPr>
          <w:i/>
          <w:sz w:val="16"/>
        </w:rPr>
        <w:t xml:space="preserve"> (Ставка НДС, например: 20% / Без НДС)</w:t>
      </w:r>
      <w:r>
        <w:t>.</w:t>
      </w:r>
    </w:p>
    <w:p>
      <w:pPr>
        <w:spacing w:after="80"/>
        <w:jc w:val="left"/>
      </w:pPr>
      <w:r>
        <w:t xml:space="preserve">2.2. Арендная плата индексируется ежегодно на </w:t>
      </w:r>
      <w:r>
        <w:t>__________________</w:t>
      </w:r>
      <w:r>
        <w:rPr>
          <w:i/>
          <w:sz w:val="16"/>
        </w:rPr>
        <w:t xml:space="preserve"> (Процент индексации)</w:t>
      </w:r>
      <w:r>
        <w:t>% с начала каждого нового расчетного периода.</w:t>
      </w:r>
    </w:p>
    <w:p>
      <w:pPr>
        <w:spacing w:after="80"/>
        <w:jc w:val="left"/>
      </w:pPr>
      <w:r>
        <w:t xml:space="preserve">2.3. Арендатор вносит арендную плату на расчетный счет Арендодателя не позднее </w:t>
      </w:r>
      <w:r>
        <w:t>__________________</w:t>
      </w:r>
      <w:r>
        <w:rPr>
          <w:i/>
          <w:sz w:val="16"/>
        </w:rPr>
        <w:t xml:space="preserve"> (Число)</w:t>
      </w:r>
      <w:r>
        <w:t xml:space="preserve"> числа каждого месяца.</w:t>
      </w:r>
    </w:p>
    <w:p>
      <w:pPr>
        <w:spacing w:after="80"/>
        <w:jc w:val="both"/>
      </w:pPr>
      <w:r>
        <w:t>2.4. Арендатор оплачивает расходы по эксплуатации Помещения (коммунальные услуги, содержание, уборка) согласно показаниям приборов учета и тарифам, действующим в период пользования.</w:t>
      </w:r>
    </w:p>
    <w:p>
      <w:pPr>
        <w:spacing w:after="80" w:before="160"/>
      </w:pPr>
      <w:r>
        <w:rPr>
          <w:b/>
        </w:rPr>
        <w:t>3. ПРАВА И ОБЯЗАННОСТИ СТОРОН</w:t>
      </w:r>
    </w:p>
    <w:p>
      <w:pPr>
        <w:spacing w:after="80"/>
        <w:jc w:val="left"/>
      </w:pPr>
      <w:r>
        <w:t>3.1. Арендодатель обязан:</w:t>
        <w:br/>
        <w:t xml:space="preserve">3.1.1. Передать Помещение Арендатору в состоянии, соответствующем условиям Договора, по Акту приема-передачи в течение </w:t>
      </w:r>
      <w:r>
        <w:t>__________________</w:t>
      </w:r>
      <w:r>
        <w:rPr>
          <w:i/>
          <w:sz w:val="16"/>
        </w:rPr>
        <w:t xml:space="preserve"> (Срок)</w:t>
      </w:r>
      <w:r>
        <w:t xml:space="preserve"> дней после подписания Договора.</w:t>
        <w:br/>
        <w:t>3.1.2. Не препятствовать Арендатору в осуществлении деятельности, предусмотренной п. 1.2 Договора, если это не нарушает права третьих лиц и законодательство РФ.</w:t>
      </w:r>
    </w:p>
    <w:p>
      <w:pPr>
        <w:spacing w:after="80"/>
        <w:jc w:val="both"/>
      </w:pPr>
      <w:r>
        <w:t>3.2. Арендатор обязан:</w:t>
        <w:br/>
        <w:t>3.2.1. Своевременно вносить арендную плату и оплачивать эксплуатационные расходы.</w:t>
        <w:br/>
        <w:t>3.2.2. Пользоваться Помещением согласно его целевому назначению и условиям Договора.</w:t>
        <w:br/>
        <w:t>3.2.3. Поддерживать Помещение в надлежащем техническом и санитарном состоянии.</w:t>
        <w:br/>
        <w:t>3.2.4. Самостоятельно осуществлять текущий и капитальный ремонт Помещения за свой счет, если иное не предусмотрено Договором.</w:t>
        <w:br/>
        <w:t>3.2.5. Не производить перепланировку и переустройство Помещения без письменного согласия Арендодателя и согласования в уполномоченных органах.</w:t>
      </w:r>
    </w:p>
    <w:p>
      <w:pPr>
        <w:spacing w:after="80"/>
        <w:jc w:val="both"/>
      </w:pPr>
      <w:r>
        <w:t>3.2.6. Не сдавать Помещение в субаренду и не передавать права по Договору третьим лицам без письменного согласия Арендодателя (ст. 615 ГК РФ).</w:t>
      </w:r>
    </w:p>
    <w:p>
      <w:pPr>
        <w:spacing w:after="80"/>
        <w:jc w:val="both"/>
      </w:pPr>
      <w:r>
        <w:t>3.2.7. При прекращении Договора вернуть Помещение по акту в том состоянии, в котором получил, с учётом нормального износа (ст. 622 ГК РФ).</w:t>
      </w:r>
    </w:p>
    <w:p>
      <w:pPr>
        <w:spacing w:after="80"/>
        <w:jc w:val="both"/>
      </w:pPr>
      <w:r>
        <w:t>3.3. Неотделимые улучшения, произведённые Арендатором с письменного согласия Арендодателя, возмещаются Арендодателем после прекращения Договора, если Стороны не договорились об ином (ст. 623 ГК РФ).</w:t>
      </w:r>
    </w:p>
    <w:p>
      <w:pPr>
        <w:spacing w:after="80" w:before="160"/>
      </w:pPr>
      <w:r>
        <w:rPr>
          <w:b/>
        </w:rPr>
        <w:t>4. ОТВЕТСТВЕННОСТЬ СТОРОН</w:t>
      </w:r>
    </w:p>
    <w:p>
      <w:pPr>
        <w:spacing w:after="80"/>
        <w:jc w:val="left"/>
      </w:pPr>
      <w:r>
        <w:t xml:space="preserve">4.1. За просрочку внесения арендной платы Арендатор уплачивает пеню в размере </w:t>
      </w:r>
      <w:r>
        <w:t>__________________</w:t>
      </w:r>
      <w:r>
        <w:rPr>
          <w:i/>
          <w:sz w:val="16"/>
        </w:rPr>
        <w:t xml:space="preserve"> (Процент)</w:t>
      </w:r>
      <w:r>
        <w:t>% от суммы задолженности за каждый день просрочки.</w:t>
      </w:r>
    </w:p>
    <w:p>
      <w:pPr>
        <w:spacing w:after="80"/>
        <w:jc w:val="left"/>
      </w:pPr>
      <w:r>
        <w:t xml:space="preserve">4.2. В случае одностороннего отказа от исполнения обязательств, не предусмотренного Договором, сторона уплачивает другой стороне неустойку в размере </w:t>
      </w:r>
      <w:r>
        <w:t>__________________</w:t>
      </w:r>
      <w:r>
        <w:rPr>
          <w:i/>
          <w:sz w:val="16"/>
        </w:rPr>
        <w:t xml:space="preserve"> (Сумма или процент)</w:t>
      </w:r>
      <w:r>
        <w:t xml:space="preserve"> рублей.</w:t>
      </w:r>
    </w:p>
    <w:p>
      <w:pPr>
        <w:spacing w:after="80"/>
        <w:jc w:val="both"/>
      </w:pPr>
      <w:r>
        <w:t>4.3. Убытки, причиненные неисполнением или ненадлежащим исполнением обязательств, возмещаются в полном объеме в соответствии с ГК РФ.</w:t>
      </w:r>
    </w:p>
    <w:p>
      <w:pPr>
        <w:spacing w:after="80" w:before="160"/>
      </w:pPr>
      <w:r>
        <w:rPr>
          <w:b/>
        </w:rPr>
        <w:t>5. РАСТОРЖЕНИЕ ДОГОВОРА</w:t>
      </w:r>
    </w:p>
    <w:p>
      <w:pPr>
        <w:spacing w:after="80"/>
        <w:jc w:val="both"/>
      </w:pPr>
      <w:r>
        <w:t>5.1. Договор может быть расторгнут по соглашению Сторон или по требованию одной из Сторон в судебном порядке в случаях существенного нарушения условий Договора другой Стороной.</w:t>
      </w:r>
    </w:p>
    <w:p>
      <w:pPr>
        <w:spacing w:after="80"/>
        <w:jc w:val="both"/>
      </w:pPr>
      <w:r>
        <w:t>5.2. Арендодатель вправе потребовать досрочного расторжения Договора в судебном порядке, если Арендатор более двух раз подряд по истечении установленного срока не вносит арендную плату или существенно ухудшает состояние Помещения, после письменного предупреждения о необходимости исполнить обязательство в разумный срок (ст. 619 ГК РФ).</w:t>
      </w:r>
    </w:p>
    <w:p>
      <w:pPr>
        <w:spacing w:after="80"/>
        <w:jc w:val="left"/>
      </w:pPr>
      <w:r>
        <w:t xml:space="preserve">5.3. Арендатор вправе расторгнуть Договор в одностороннем порядке, письменно предупредив Арендодателя за </w:t>
      </w:r>
      <w:r>
        <w:t>__________________</w:t>
      </w:r>
      <w:r>
        <w:rPr>
          <w:i/>
          <w:sz w:val="16"/>
        </w:rPr>
        <w:t xml:space="preserve"> (Срок)</w:t>
      </w:r>
      <w:r>
        <w:t xml:space="preserve"> дней.</w:t>
      </w:r>
    </w:p>
    <w:p>
      <w:pPr>
        <w:spacing w:after="80" w:before="160"/>
      </w:pPr>
      <w:r>
        <w:rPr>
          <w:b/>
        </w:rPr>
        <w:t>6. ЗАКЛЮЧИТЕЛЬНЫЕ ПОЛОЖЕНИЯ</w:t>
      </w:r>
    </w:p>
    <w:p>
      <w:pPr>
        <w:spacing w:after="80"/>
        <w:jc w:val="both"/>
      </w:pPr>
      <w:r>
        <w:t>6.1. Настоящий Договор составлен в двух экземплярах, имеющих равную юридическую силу, по одному для каждой из Сторон.</w:t>
      </w:r>
    </w:p>
    <w:p>
      <w:pPr>
        <w:spacing w:after="80"/>
        <w:jc w:val="both"/>
      </w:pPr>
      <w:r>
        <w:t>6.2. Договор вступает в силу с момента его подписания Сторонами и действует до полного исполнения обязательств.</w:t>
      </w:r>
    </w:p>
    <w:p>
      <w:pPr>
        <w:spacing w:after="80"/>
        <w:jc w:val="both"/>
      </w:pPr>
      <w:r>
        <w:t>6.3. Все изменения и дополнения к Договору действительны, если они совершены в письменной форме и подписаны обеими Сторонами.</w:t>
      </w:r>
    </w:p>
    <w:p>
      <w:pPr>
        <w:spacing w:after="80"/>
        <w:jc w:val="left"/>
      </w:pPr>
      <w:r>
        <w:t xml:space="preserve">6.4. Стороны обязуются уведомлять друг друга об изменении своих реквизитов в течение </w:t>
      </w:r>
      <w:r>
        <w:t>__________________</w:t>
      </w:r>
      <w:r>
        <w:rPr>
          <w:i/>
          <w:sz w:val="16"/>
        </w:rPr>
        <w:t xml:space="preserve"> (Срок)</w:t>
      </w:r>
      <w:r>
        <w:t xml:space="preserve"> рабочих дней.</w:t>
      </w:r>
    </w:p>
    <w:p>
      <w:pPr>
        <w:spacing w:after="80" w:before="160"/>
      </w:pPr>
      <w:r>
        <w:rPr>
          <w:b/>
        </w:rPr>
        <w:t>ПОДПИСИ</w:t>
      </w:r>
    </w:p>
    <w:p>
      <w:pPr>
        <w:spacing w:after="80"/>
        <w:jc w:val="left"/>
      </w:pPr>
      <w:r>
        <w:t xml:space="preserve">Арендодатель: ______________ / </w:t>
      </w:r>
      <w:r>
        <w:t>__________________</w:t>
      </w:r>
      <w:r>
        <w:rPr>
          <w:i/>
          <w:sz w:val="16"/>
        </w:rPr>
        <w:t xml:space="preserve"> (ФИО — Арендодатель)</w:t>
      </w:r>
    </w:p>
    <w:p>
      <w:pPr>
        <w:spacing w:after="80"/>
        <w:jc w:val="left"/>
      </w:pPr>
      <w:r>
        <w:t xml:space="preserve">Арендатор: ______________ / </w:t>
      </w:r>
      <w:r>
        <w:t>__________________</w:t>
      </w:r>
      <w:r>
        <w:rPr>
          <w:i/>
          <w:sz w:val="16"/>
        </w:rPr>
        <w:t xml:space="preserve"> (ФИО — Арендатор)</w:t>
      </w:r>
    </w:p>
    <w:p>
      <w:r>
        <w:rPr>
          <w:i/>
          <w:sz w:val="16"/>
        </w:rPr>
        <w:t>Бланк с сайта netobmanov.ru. Проверьте актуальность условий перед подписанием; документ не является юридической консультацией.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