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ДОГОВОР НАЙМА ЖИЛОГО ПОМЕЩЕНИЯ № 08/2026-Н</w:t>
      </w:r>
    </w:p>
    <w:p>
      <w:pPr>
        <w:tabs>
          <w:tab w:pos="7937" w:val="right"/>
        </w:tabs>
        <w:spacing w:after="200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г. Москва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ab/>
        <w:t>30.08.2026</w:t>
      </w:r>
    </w:p>
    <w:p>
      <w:pPr>
        <w:spacing w:after="160" w:line="276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Смирнов Алексей Петрович, ИНН 770123456789, паспорт: серия 45 12 № 345678, выдан 15.06.2018 ОМВД России по району Арбат г. Москвы, именуемый(ая) в дальнейшем «Наймодатель», с одной стороны, и Кузнецова Мария Сергеевна, ИНН 771234567890, паспорт: серия 45 16 № 765432, выдан 20.09.2020 ОМВД России по району Хамовники г. Москвы, именуемый(ая) в дальнейшем «Наниматель», с другой стороны, совместно именуемые «Стороны», заключили настоящий Договор о нижеследующем.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1. ПРЕДМЕТ ДОГОВОРА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1.1. Наймодатель передает Нанимателю за плату во временное владение и пользование квартиру общей площадью 54,5 кв. м, количество комнат: 2, по адресу: г. Москва, ул. Жилая, д. 15, кв. 42. Кадастровый номер: 77:01:0001001:1234.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1.2. Право на передачу помещения подтверждается следующим документом: выписка из ЕГРН от 10.08.2026 № 77-00-000000/2026-1.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1.3. Помещение предоставляется исключительно для проживания. Если Нанимателем является организация, она вправе использовать помещение только для проживания граждан.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1.4. Совместно с Нанимателем вправе постоянно проживать: Кузнецова Мария Сергеевна; Кузнецов Артем Сергеевич.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2. СРОК И ПЕРЕДАЧА ПОМЕЩЕНИЯ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2.1. Срок пользования помещением: с 01.09.2026 по 31.07.2027 включительно.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2.2. Помещение передается с 2 комплектами ключей, имуществом и состоянием, указанными в Договоре и акте передачи. Показания приборов учета на дату передачи: электроэнергия 012345 кВт⋅ч; холодная вода 00123 м³; горячая вода 00087 м³.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2.3. При прекращении Договора помещение возвращается по акту с учетом нормального износа. До подписания акта Стороны фиксируют состояние помещения, показания счетчиков, количество ключей и взаимные расчеты.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3. ПЛАТА, ОБЕСПЕЧИТЕЛЬНЫЙ ПЛАТЕЖ И КОММУНАЛЬНЫЕ УСЛУГИ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3.1. Плата за пользование помещением составляет 55 000,00 руб в месяц и вносится не позднее 5-го числа каждого месяца безналичным переводом по банковским реквизитам Наймодателя.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3.2. При подписании Договора плата вносится авансом за 1 мес.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3.3. Наниматель вносит обеспечительный платеж 55 000,00 руб. Он обеспечивает погашение документально подтвержденной задолженности и возмещение вреда имуществу сверх нормального износа. Неиспользованный остаток возвращается в течение 7 календарных дней после возврата помещения и окончательного расчета.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3.4. Наниматель оплачивает электроэнергию, воду, газ и иные ресурсы по приборам учета; остальные жилищно-коммунальные платежи оплачивает Наймодатель.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4. ПОРЯДОК ПОЛЬЗОВАНИЯ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4.1. Наниматель использует помещение бережно, соблюдает права соседей, правила пользования жилыми помещениями, требования пожарной и иной обязательной безопасности.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4.2. Содержание животных допускается только после предварительного письменного согласия Наймодателя.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4.3. Вопрос временной регистрации решается отдельным письменным соглашением Сторон.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4.4. Передача помещения в поднаем, безвозмездное пользование или предоставление третьим лицам без письменного согласия Наймодателя запрещена.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4.5. Наймодатель вправе осматривать помещение по предварительному уведомлению не менее чем за 3 календарных дня, согласовав разумное время и не нарушая неприкосновенность жилища. В аварийной ситуации доступ обеспечивается безотлагательно.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5. СОДЕРЖАНИЕ, РЕМОНТ И ОТВЕТСТВЕННОСТЬ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5.1. Текущий ремонт выполняет Наниматель за свой счет после согласования работ, способных изменить помещение или его оборудование. Капитальный ремонт выполняет Наймодатель, если иное правомерно не установлено законом или Договором.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5.2. Наниматель незамедлительно сообщает об авариях, неисправностях и иных обстоятельствах, угрожающих помещению или третьим лицам, и принимает разумные меры для уменьшения вреда.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5.3. За просрочку внесения платы виновная Сторона уплачивает по письменному требованию неустойку 0,1% от просроченной суммы за каждый день просрочки, но не более 10% этой суммы, если судом не будет применен иной размер.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5.4. Вред возмещается виновной Стороной в документально подтвержденном размере с учетом нормального износа и ограничений, установленных законом.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6. ПРЕКРАЩЕНИЕ ДОГОВОРА И СПОРЫ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6.1. Наниматель вправе расторгнуть Договор с письменным предупреждением Наймодателя не менее чем за 90 календарных дней с соблюдением требований закона к согласию постоянно проживающих граждан.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6.2. По требованию Наймодателя Договор может быть расторгнут по соглашению Сторон либо судом по основаниям, установленным законом, включая существенную просрочку платы, разрушение или порчу помещения и систематическое нарушение прав соседей.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6.3. До обращения в суд Сторона направляет письменную претензию. Срок ответа составляет 10 рабочих дней; обязательные правила подсудности сохраняют силу.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7. ЗАКЛЮЧИТЕЛЬНЫЕ ПОЛОЖЕНИЯ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7.1. Юридически значимые сообщения направляются по адресам, электронной почте и телефонам, указанным в реквизитах; об изменении данных Сторона сообщает без промедления.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7.2. Изменения оформляются письменно. Неурегулированные вопросы разрешаются по законодательству Российской Федерации.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7.3. Договор и акт передачи составлены в двух экземплярах равной юридической силы, по одному для каждой Стороны.</w:t>
      </w:r>
    </w:p>
    <w:p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8. РЕКВИЗИТЫ И ПОДПИСИ СТОРОН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НАЙМОДАТЕЛЬ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Смирнов Алексей Петрович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Примерная, д. 10, кв. 25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770123456789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Паспорт: серия 45 12 № 345678, выдан 15.06.2018 ОМВД России по району Арбат г. Москвы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Телефон: +7 (900) 000-00-01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НАНИМАТЕЛЬ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Кузнецова Мария Сергеевна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Учебная, д. 7, кв. 14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771234567890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Паспорт: серия 45 16 № 765432, выдан 20.09.2020 ОМВД России по району Хамовники г. Москвы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Телефон: +7 (900) 000-00-02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</w:tr>
    </w:tbl>
    <w:p>
      <w:r>
        <w:br w:type="page"/>
      </w:r>
    </w:p>
    <w:p>
      <w:pPr>
        <w:spacing w:after="16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АКТ ПРИЕМА-ПЕРЕДАЧИ ЖИЛОГО ПОМЕЩЕНИЯ</w:t>
      </w:r>
    </w:p>
    <w:p>
      <w:pPr>
        <w:spacing w:after="16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 договору от 30.08.2026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 Стороны подтверждают передачу жилого помещения по адресу: г. Москва, ул. Жилая, д. 15, кв. 42.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 Переданное имущество: кухонный гарнитур, холодильник, варочная панель, стиральная машина, двуспальная кровать, шкаф и обеденный стол.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 Состояние и известные недостатки: небольшая царапина на двери кухни; следы обычного износа напольного покрытия в прихожей.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 Показания приборов учета: электроэнергия 012345 кВт⋅ч; холодная вода 00123 м³; горячая вода 00087 м³.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 Передано комплектов ключей: 2.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 Стороны осмотрели помещение и имущество. Замечания, не указанные выше: ________________________________________________.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НАЙМОДАТЕЛЬ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Смирнов Алексей Петрович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Примерная, д. 10, кв. 25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770123456789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Паспорт: серия 45 12 № 345678, выдан 15.06.2018 ОМВД России по району Арбат г. Москвы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Телефон: +7 (900) 000-00-01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НАНИМАТЕЛЬ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Кузнецова Мария Сергеевна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Учебная, д. 7, кв. 14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771234567890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Паспорт: серия 45 16 № 765432, выдан 20.09.2020 ОМВД России по району Хамовники г. Москвы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Телефон: +7 (900) 000-00-02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</w:tr>
    </w:tbl>
    <w:p>
      <w:pPr>
        <w:spacing w:after="0" w:line="276" w:lineRule="auto" w:before="200"/>
        <w:jc w:val="both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>Справочная пометка сервиса (не является условием договора): перед подписанием проверьте права на помещение, состав проживающих, расчеты и применимость формулировок вместе с юристом.</w:t>
      </w:r>
    </w:p>
    <w:sectPr w:rsidR="00FC693F" w:rsidRPr="0006063C" w:rsidSect="00034616">
      <w:footerReference w:type="default" r:id="rId9"/>
      <w:pgSz w:w="11906" w:h="16838"/>
      <w:pgMar w:top="1134" w:right="850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000000"/>
        <w:sz w:val="18"/>
      </w:rPr>
      <w:t xml:space="preserve">Страница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Найма Жилого Помещения № 08/2026-Н</dc:title>
  <dc:subject/>
  <dc:creator>netobmanov.ru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