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ЗАЙМА № З-09/2026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Санкт-Петербург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08.09.2026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Петров Петр Петрович, ИНН 780123456789, паспорт: серия 40 12 № 345678, выдан 15.06.2018 ОМВД России по Центральному району, именуемый(ая) в дальнейшем «Заимодавец», с одной стороны, и Иванов Иван Иванович, ИНН 781234567890, паспорт: серия 40 16 № 765432, выдан 20.09.2020 ОМВД России по Адмиралтейскому району, именуемый(ая) в дальнейшем «Заемщик»,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Заимодавец передает в собственность Заемщику денежные средства в размере 250 000,00 руб, а Заемщик обязуется возвратить такую же сумму на условиях настоящего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Заем предоставляется для следующей цели: ремонт жилого помещения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Договор считается заключенным с момента передачи суммы займа, кроме случаев, когда закон связывает заключение договора с достижением соглашения Сторон.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ПЕРЕДАЧА СУММЫ ЗАЙМА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Сумма займа передается не позднее 08.09.2026.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Заимодавец перечисляет сумму займа на банковский счет Заемщика. Обязательство по передаче считается исполненным после зачисления средств.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Платежный документ, расписка или подписанная Сторонами отметка о передаче подтверждает размер и дату фактически предоставленного займа.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ПРОЦЕНТЫ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Заем является беспроцентным. Проценты за пользование суммой займа не начисляются.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Условие о беспроцентности прямо согласовано Сторонами и применяется независимо от их статуса и суммы займа.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Проценты, если они предусмотрены Договором, начисляются на фактический остаток суммы займа со дня, следующего за днем передачи, по день возврата включительно, если Стороны не согласовали иной законный порядок.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ВОЗВРАТ ЗАЙМА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Заемщик возвращает всю сумму займа одним платежом не позднее 08.03.2027.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Досрочный возврат допускается без предварительного уведомления Заимодавца.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Денежное обязательство считается исполненным в момент поступления средств Заимодавцу либо выдачи надлежащего подтверждения при наличном расчете.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4.4. При частичном платеже назначение и очередность погашения определяются законом, Договором и назначением платежа.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ОБЕСПЕЧЕНИЕ И ЗАВЕРЕНИЯ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Отдельное обеспечение возврата займа Сторонами не устанавливается.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Стороны подтверждают достоверность указанных ими данных, наличие полномочий и отсутствие известных обстоятельств, препятствующих заключению и исполнению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Если обеспечение оформляется отдельным договором, его действительность и государственная регистрация проверяются отдельно, когда это требуется законом.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ОТВЕТСТВЕННОСТЬ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При просрочке возврата Заемщик уплачивает по письменному требованию пеню 0.1% от просроченной суммы за каждый день просрочки, но не более суммы просроченного основного долга.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Начисление неустойки не исключает применение установленных законом последствий просрочки и не прекращает обязанность возвратить заем и предусмотренные проценты.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Сторона, сообщившая недостоверные сведения или нарушившая обязательство, возмещает документально подтвержденные убытки в случаях и пределах, предусмотренных законом.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РАЗРЕШЕНИЕ СПОРОВ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Письменная претензия рассматривается в течение 10 календарных дней с даты получения.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Неурегулированный спор передается в компетентный суд по правилам обязательной и договорной подсудности, применимым к Сторонам.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Изменения и дополнения действительны при их совершении в письменной форме и подписании Сторонами, если закон не допускает иной порядок.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Юридически значимые сообщения направляются по указанным в реквизитах адресам и контактам; об их изменении Сторона сообщает без неоправданной задержки.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Договор составлен в двух экземплярах равной юридической силы, по одному для каждой Стороны.</w:t>
      </w:r>
    </w:p>
    <w:p>
      <w:r>
        <w:br w:type="page"/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ЗАИМОДАВЕЦ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Петров Петр Петрович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Санкт-Петербург, ул. Примерная, д. 10, кв. 5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780123456789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40 12 № 345678, выдан 15.06.2018 ОМВД России по Центральному району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ЗАЕМЩИК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Иванов Иван Иванович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Санкт-Петербург, ул. Учебная, д. 7, кв. 14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781234567890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40 16 № 765432, выдан 20.09.2020 ОМВД России по Адмиралтейскому району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обязательно проверьте документ с юристом с учетом статуса сторон, фактических обстоятельств и особенностей сделки.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№ З-09/2026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