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ТРУДОВОЙ ДОГОВОР № 12-ТД/2026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Москва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30.08.2026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ООО Пример, в лице генерального директора Петрова Петра Петровича, действующего на основании Устава, ИНН 7701234567, ОГРН/ОГРНИП 1207700000000, именуемый(ая) в дальнейшем «Работодатель», с одной стороны, и Иванов Иван Иванович, ИНН 771234567890, паспорт: серия 45 12 № 345678, выдан 15.06.2018 ОМВД России по району Арбат г. Москвы, именуемый(ая) в дальнейшем «Работник», с другой стороны, совместно именуемые «Стороны», заключили настоящий трудовой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Работодатель предоставляет Работнику работу по должности «менеджер по работе с клиентами», а Работник обязуется лично выполнять трудовую функцию и соблюдать правила внутреннего трудового распорядка.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Место работы: г. Москва, ул. Деловая, д. 1. Структурное подразделение: отдел по работе с клиентами.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Основные должностные обязанности: Обрабатывать обращения клиентов, готовить коммерческие предложения, вести карточки клиентов в CRM и формировать еженедельную отчетность.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1.4. Работа является основной.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1.5. Дата начала работы: 01.09.2026.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СРОК ДОГОВОРА И ИСПЫТАНИЕ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Трудовой договор заключен на неопределенный срок.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Работнику устанавливается испытание продолжительностью 3 мес.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РАБОЧЕЕ ВРЕМЯ И ВРЕМЯ ОТДЫХА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Работнику устанавливается пятидневная рабочая неделя; продолжительность рабочей недели — 40 часов. Рабочее время: с 09:00 до 18:00, перерыв для отдыха и питания — с 13:00 до 14:00. Выходные дни: суббота и воскресенье.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Работа выполняется непосредственно по указанному в Договоре месту работы.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Характер работы: постоянный, без разъездного или подвижного характера.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3.4. Работнику предоставляется ежегодный основной оплачиваемый отпуск продолжительностью 28 календарных дней по графику отпусков.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ОПЛАТА ТРУДА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Работнику устанавливается должностной оклад 80 000,00 руб в месяц до удержания НДФЛ. Заработная плата выплачивается 10-го и 25-го числа каждого месяца; при совпадении дня выплаты с выходным или нерабочим праздничным днем выплата производится накануне.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Премии и иные стимулирующие выплаты: Ежемесячная премия до 20% оклада по утвержденному положению о премировании.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Работодатель письменно извещает Работника о составных частях заработной платы, удержаниях и общей сумме к выплате в установленном законом порядке.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УСЛОВИЯ ТРУДА И СОЦИАЛЬНОЕ СТРАХОВАНИЕ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Условия труда на рабочем месте: допустимые, класс 2.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Работодатель обеспечивает безопасные условия и охрану труда, проводит обязательные инструктажи и предоставляет средства защиты, когда это требуется законом и характером работы.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Работник подлежит обязательному социальному страхованию в соответствии с законодательством Российской Федерации.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ПРАВА И ОБЯЗАННОСТИ РАБОТНИКА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Работник вправе получать обусловленную Договором работу и заработную плату своевременно и в полном размере, отдыхать, получать достоверную информацию об условиях и охране труда и пользоваться иными трудовыми правами.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Работник обязан добросовестно выполнять трудовые обязанности, соблюдать правила внутреннего трудового распорядка, требования охраны труда, бережно относиться к имуществу и незамедлительно сообщать об угрозах жизни, здоровью или имуществу.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ПРАВА И ОБЯЗАННОСТИ РАБОТОДАТЕЛЯ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Работодатель вправе требовать исполнения трудовых обязанностей и соблюдения локальных нормативных актов, а также привлекать Работника к ответственности только в порядке и пределах, установленных законом.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Работодатель обязан предоставить работу, обеспечить необходимые условия, вести учет рабочего времени, выплачивать заработную плату и знакомить Работника под подпись с относящимися к его работе локальными нормативными актами.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КОНФИДЕНЦИАЛЬНОСТЬ И ПЕРСОНАЛЬНЫЕ ДАННЫЕ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8.1. Работник обязуется не разглашать охраняемую законом и установленную Работодателем конфиденциальную информацию, ставшую известной в связи с работой.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8.2. Персональные данные Работника обрабатываются только для целей трудовых отношений и с соблюдением установленных законом требований.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8.3. Условия этого раздела не ограничивают право Работника обращаться в государственные органы, суд, профсоюз или сообщать о нарушениях закона.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9. ИЗМЕНЕНИЕ И ПРЕКРАЩЕНИЕ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9.1. Условия Договора изменяются письменным соглашением Сторон, кроме случаев, когда иной порядок прямо установлен трудовым законодательством.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9.2. Договор прекращается по основаниям и в порядке, установленным Трудовым кодексом Российской Федерации; Работнику предоставляются обязательные гарантии и выплаты.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10.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10.1. Неурегулированные вопросы разрешаются в соответствии с трудовым законодательством Российской Федерации и локальными нормативными актами, не ухудшающими положение Работника.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10.2. Договор составлен в двух экземплярах равной юридической силы. Работник подтверждает получение своего экземпляра подписью.</w:t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11.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РАБОТОДАТЕЛЬ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ООО Пример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Деловая, д. 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7701234567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1207700000000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Банковские реквизиты: р/с 40702810000000000001 в АО Банк, БИК 044525000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office@example.ru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РАБОТНИК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Иванов Иван Иванович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Рабочая, д. 5, кв. 18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771234567890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45 12 № 345678, выдан 15.06.2018 ОМВД России по району Арбат г. Москвы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ivanov@example.ru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000-00-02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10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Экземпляр трудового договора получил(а): __________________ / __________________ / дата ____________</w:t>
      </w:r>
    </w:p>
    <w:p>
      <w:pPr>
        <w:spacing w:after="0" w:line="276" w:lineRule="auto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проверьте обязательные условия, локальные акты и применимость формулировок вместе с юристом и специалистом по кадрам.</w:t>
      </w:r>
    </w:p>
    <w:sectPr w:rsidR="00FC693F" w:rsidRPr="0006063C" w:rsidSect="00034616">
      <w:footerReference w:type="default" r:id="rId9"/>
      <w:pgSz w:w="11906" w:h="16838"/>
      <w:pgMar w:top="1134" w:right="850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№ 12-Тд/2026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